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PRZEDMIOTOWE ZASADY OCENIANIA Z TECHNIKI</w:t>
      </w:r>
    </w:p>
    <w:p>
      <w:r>
        <w:rPr>
          <w:b/>
          <w:sz w:val="26"/>
        </w:rPr>
        <w:t>1. CELE OCENIANIA</w:t>
      </w:r>
    </w:p>
    <w:p>
      <w:r>
        <w:t>Ocenianie na lekcjach techniki ma na celu przede wszystkim sprawdzenie, w jakim stopniu uczeń:</w:t>
      </w:r>
    </w:p>
    <w:p>
      <w:pPr>
        <w:pStyle w:val="ListBullet"/>
      </w:pPr>
      <w:r>
        <w:t>zdobywa wiedzę i umiejętności techniczne,</w:t>
      </w:r>
    </w:p>
    <w:p>
      <w:pPr>
        <w:pStyle w:val="ListBullet"/>
      </w:pPr>
      <w:r>
        <w:t>potrafi wykorzystywać wiedzę w praktyce,</w:t>
      </w:r>
    </w:p>
    <w:p>
      <w:pPr>
        <w:pStyle w:val="ListBullet"/>
      </w:pPr>
      <w:r>
        <w:t>planuje i organizuje swoją pracę,</w:t>
      </w:r>
    </w:p>
    <w:p>
      <w:pPr>
        <w:pStyle w:val="ListBullet"/>
      </w:pPr>
      <w:r>
        <w:t>bezpiecznie posługuje się narzędziami i urządzeniami,</w:t>
      </w:r>
    </w:p>
    <w:p>
      <w:pPr>
        <w:pStyle w:val="ListBullet"/>
      </w:pPr>
      <w:r>
        <w:t>dba o porządek i ergonomię stanowiska pracy,</w:t>
      </w:r>
    </w:p>
    <w:p>
      <w:pPr>
        <w:pStyle w:val="ListBullet"/>
      </w:pPr>
      <w:r>
        <w:t>wykonuje zadania samodzielnie lub współpracuje z innymi,</w:t>
      </w:r>
    </w:p>
    <w:p>
      <w:pPr>
        <w:pStyle w:val="ListBullet"/>
      </w:pPr>
      <w:r>
        <w:t>rozwiązuje problemy techniczne,</w:t>
      </w:r>
    </w:p>
    <w:p>
      <w:pPr>
        <w:pStyle w:val="ListBullet"/>
      </w:pPr>
      <w:r>
        <w:t>wykazuje kreatywność i pomysłowość,</w:t>
      </w:r>
    </w:p>
    <w:p>
      <w:pPr>
        <w:pStyle w:val="ListBullet"/>
      </w:pPr>
      <w:r>
        <w:t>potrafi zaplanować i wykonać pracę od pomysłu do gotowego efektu,</w:t>
      </w:r>
    </w:p>
    <w:p>
      <w:pPr>
        <w:pStyle w:val="ListBullet"/>
      </w:pPr>
      <w:r>
        <w:t>przestrzega zasad bezpieczeństwa i odpowiedzialnie uczestniczy w zajęciach.</w:t>
      </w:r>
    </w:p>
    <w:p>
      <w:r>
        <w:t>Na lekcjach techniki ważny jest nie tylko efekt końcowy pracy, ale również sposób, w jaki uczeń pracuje, jego zaangażowanie, samodzielność, bezpieczeństwo oraz postępy.</w:t>
      </w:r>
    </w:p>
    <w:p>
      <w:r>
        <w:rPr>
          <w:b/>
          <w:sz w:val="26"/>
        </w:rPr>
        <w:t>2. SKALA OCEN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vAlign w:val="center"/>
          </w:tcPr>
          <w:p>
            <w:r>
              <w:t>Wynik procentowy</w:t>
            </w:r>
          </w:p>
        </w:tc>
        <w:tc>
          <w:tcPr>
            <w:tcW w:type="dxa" w:w="4873"/>
            <w:vAlign w:val="center"/>
          </w:tcPr>
          <w:p>
            <w:r>
              <w:t>Ocena</w:t>
            </w:r>
          </w:p>
        </w:tc>
      </w:tr>
      <w:tr>
        <w:tc>
          <w:tcPr>
            <w:tcW w:type="dxa" w:w="4873"/>
            <w:vAlign w:val="center"/>
          </w:tcPr>
          <w:p>
            <w:r>
              <w:t>91%–100%</w:t>
            </w:r>
          </w:p>
        </w:tc>
        <w:tc>
          <w:tcPr>
            <w:tcW w:type="dxa" w:w="4873"/>
            <w:vAlign w:val="center"/>
          </w:tcPr>
          <w:p>
            <w:r>
              <w:t>celujący</w:t>
            </w:r>
          </w:p>
        </w:tc>
      </w:tr>
      <w:tr>
        <w:tc>
          <w:tcPr>
            <w:tcW w:type="dxa" w:w="4873"/>
            <w:vAlign w:val="center"/>
          </w:tcPr>
          <w:p>
            <w:r>
              <w:t>80%–90%</w:t>
            </w:r>
          </w:p>
        </w:tc>
        <w:tc>
          <w:tcPr>
            <w:tcW w:type="dxa" w:w="4873"/>
            <w:vAlign w:val="center"/>
          </w:tcPr>
          <w:p>
            <w:r>
              <w:t>bardzo dobry</w:t>
            </w:r>
          </w:p>
        </w:tc>
      </w:tr>
      <w:tr>
        <w:tc>
          <w:tcPr>
            <w:tcW w:type="dxa" w:w="4873"/>
            <w:vAlign w:val="center"/>
          </w:tcPr>
          <w:p>
            <w:r>
              <w:t>70%–79%</w:t>
            </w:r>
          </w:p>
        </w:tc>
        <w:tc>
          <w:tcPr>
            <w:tcW w:type="dxa" w:w="4873"/>
            <w:vAlign w:val="center"/>
          </w:tcPr>
          <w:p>
            <w:r>
              <w:t>dobry</w:t>
            </w:r>
          </w:p>
        </w:tc>
      </w:tr>
      <w:tr>
        <w:tc>
          <w:tcPr>
            <w:tcW w:type="dxa" w:w="4873"/>
            <w:vAlign w:val="center"/>
          </w:tcPr>
          <w:p>
            <w:r>
              <w:t>50%–69%</w:t>
            </w:r>
          </w:p>
        </w:tc>
        <w:tc>
          <w:tcPr>
            <w:tcW w:type="dxa" w:w="4873"/>
            <w:vAlign w:val="center"/>
          </w:tcPr>
          <w:p>
            <w:r>
              <w:t>dostateczny</w:t>
            </w:r>
          </w:p>
        </w:tc>
      </w:tr>
      <w:tr>
        <w:tc>
          <w:tcPr>
            <w:tcW w:type="dxa" w:w="4873"/>
            <w:vAlign w:val="center"/>
          </w:tcPr>
          <w:p>
            <w:r>
              <w:t>35%–49%</w:t>
            </w:r>
          </w:p>
        </w:tc>
        <w:tc>
          <w:tcPr>
            <w:tcW w:type="dxa" w:w="4873"/>
            <w:vAlign w:val="center"/>
          </w:tcPr>
          <w:p>
            <w:r>
              <w:t>dopuszczający</w:t>
            </w:r>
          </w:p>
        </w:tc>
      </w:tr>
      <w:tr>
        <w:tc>
          <w:tcPr>
            <w:tcW w:type="dxa" w:w="4873"/>
            <w:vAlign w:val="center"/>
          </w:tcPr>
          <w:p>
            <w:r>
              <w:t>poniżej 35%</w:t>
            </w:r>
          </w:p>
        </w:tc>
        <w:tc>
          <w:tcPr>
            <w:tcW w:type="dxa" w:w="4873"/>
            <w:vAlign w:val="center"/>
          </w:tcPr>
          <w:p>
            <w:r>
              <w:t>niedostateczny</w:t>
            </w:r>
          </w:p>
        </w:tc>
      </w:tr>
    </w:tbl>
    <w:p>
      <w:r>
        <w:rPr>
          <w:b/>
          <w:sz w:val="26"/>
        </w:rPr>
        <w:t>3. CHARAKTERYSTYKA POSTAW I ZACHOWAŃ UCZNIA</w:t>
      </w:r>
    </w:p>
    <w:p>
      <w:r>
        <w:rPr>
          <w:b/>
          <w:sz w:val="23"/>
        </w:rPr>
        <w:t>OCENA CELUJĄCA – 91%–100%</w:t>
      </w:r>
    </w:p>
    <w:p>
      <w:pPr>
        <w:pStyle w:val="ListBullet"/>
      </w:pPr>
      <w:r>
        <w:t>jest bardzo aktywny podczas zajęć,</w:t>
      </w:r>
    </w:p>
    <w:p>
      <w:pPr>
        <w:pStyle w:val="ListBullet"/>
      </w:pPr>
      <w:r>
        <w:t>wykazuje dużą kreatywność i często przedstawia własne pomysły,</w:t>
      </w:r>
    </w:p>
    <w:p>
      <w:pPr>
        <w:pStyle w:val="ListBullet"/>
      </w:pPr>
      <w:r>
        <w:t>samodzielnie poszukuje nowych i ciekawych rozwiązań problemów technicznych,</w:t>
      </w:r>
    </w:p>
    <w:p>
      <w:pPr>
        <w:pStyle w:val="ListBullet"/>
      </w:pPr>
      <w:r>
        <w:t>potrafi inspirować innych do działania,</w:t>
      </w:r>
    </w:p>
    <w:p>
      <w:pPr>
        <w:pStyle w:val="ListBullet"/>
      </w:pPr>
      <w:r>
        <w:t>chętnie podejmuje dodatkowe wyzwania,</w:t>
      </w:r>
    </w:p>
    <w:p>
      <w:pPr>
        <w:pStyle w:val="ListBullet"/>
      </w:pPr>
      <w:r>
        <w:t>samodzielnie planuje swoją pracę i odpowiedzialnie realizuje zadania,</w:t>
      </w:r>
    </w:p>
    <w:p>
      <w:pPr>
        <w:pStyle w:val="ListBullet"/>
      </w:pPr>
      <w:r>
        <w:t>potrafi przewidywać problemy i proponować sposoby ich rozwiązania,</w:t>
      </w:r>
    </w:p>
    <w:p>
      <w:pPr>
        <w:pStyle w:val="ListBullet"/>
      </w:pPr>
      <w:r>
        <w:t>dba o bezpieczeństwo swoje i innych,</w:t>
      </w:r>
    </w:p>
    <w:p>
      <w:pPr>
        <w:pStyle w:val="ListBullet"/>
      </w:pPr>
      <w:r>
        <w:t>bardzo dobrze organizuje stanowisko pracy,</w:t>
      </w:r>
    </w:p>
    <w:p>
      <w:pPr>
        <w:pStyle w:val="ListBullet"/>
      </w:pPr>
      <w:r>
        <w:t>odpowiedzialnie korzysta z narzędzi i urządzeń,</w:t>
      </w:r>
    </w:p>
    <w:p>
      <w:pPr>
        <w:pStyle w:val="ListBullet"/>
      </w:pPr>
      <w:r>
        <w:t>wspiera innych uczniów i potrafi dzielić się swoją wiedzą.</w:t>
      </w:r>
    </w:p>
    <w:p>
      <w:r>
        <w:rPr>
          <w:i/>
        </w:rPr>
        <w:t>Uczeń celujący nie tylko wykonuje zadania bardzo dobrze, ale także potrafi twórczo rozwijać swoje pomysły i proponować rozwiązania wykraczające poza podstawowe wymagania.</w:t>
      </w:r>
    </w:p>
    <w:p>
      <w:r>
        <w:rPr>
          <w:b/>
          <w:sz w:val="23"/>
        </w:rPr>
        <w:t>OCENA BARDZO DOBRA – 80%–90%</w:t>
      </w:r>
    </w:p>
    <w:p>
      <w:pPr>
        <w:pStyle w:val="ListBullet"/>
      </w:pPr>
      <w:r>
        <w:t>aktywnie uczestniczy w lekcjach,</w:t>
      </w:r>
    </w:p>
    <w:p>
      <w:pPr>
        <w:pStyle w:val="ListBullet"/>
      </w:pPr>
      <w:r>
        <w:t>samodzielnie wykonuje powierzone zadania,</w:t>
      </w:r>
    </w:p>
    <w:p>
      <w:pPr>
        <w:pStyle w:val="ListBullet"/>
      </w:pPr>
      <w:r>
        <w:t>przed rozpoczęciem pracy potrafi ją zaplanować,</w:t>
      </w:r>
    </w:p>
    <w:p>
      <w:pPr>
        <w:pStyle w:val="ListBullet"/>
      </w:pPr>
      <w:r>
        <w:t>właściwie organizuje swoje stanowisko pracy i utrzymuje na nim porządek,</w:t>
      </w:r>
    </w:p>
    <w:p>
      <w:pPr>
        <w:pStyle w:val="ListBullet"/>
      </w:pPr>
      <w:r>
        <w:t>bezpiecznie i zgodnie z przeznaczeniem korzysta z narzędzi oraz urządzeń,</w:t>
      </w:r>
    </w:p>
    <w:p>
      <w:pPr>
        <w:pStyle w:val="ListBullet"/>
      </w:pPr>
      <w:r>
        <w:t>w przypadku trudności najpierw podejmuje próbę samodzielnego rozwiązania problemu,</w:t>
      </w:r>
    </w:p>
    <w:p>
      <w:pPr>
        <w:pStyle w:val="ListBullet"/>
      </w:pPr>
      <w:r>
        <w:t>w razie potrzeby korzysta z pomocy nauczyciela,</w:t>
      </w:r>
    </w:p>
    <w:p>
      <w:pPr>
        <w:pStyle w:val="ListBullet"/>
      </w:pPr>
      <w:r>
        <w:t>potrafi współpracować z innymi,</w:t>
      </w:r>
    </w:p>
    <w:p>
      <w:pPr>
        <w:pStyle w:val="ListBullet"/>
      </w:pPr>
      <w:r>
        <w:t>chętnie pomaga kolegom, jeśli ma taką możliwość,</w:t>
      </w:r>
    </w:p>
    <w:p>
      <w:pPr>
        <w:pStyle w:val="ListBullet"/>
      </w:pPr>
      <w:r>
        <w:t>potrafi kierować pracą zespołu,</w:t>
      </w:r>
    </w:p>
    <w:p>
      <w:pPr>
        <w:pStyle w:val="ListBullet"/>
      </w:pPr>
      <w:r>
        <w:t>jest przygotowany do zajęć.</w:t>
      </w:r>
    </w:p>
    <w:p>
      <w:r>
        <w:rPr>
          <w:i/>
        </w:rPr>
        <w:t>Uczeń bardzo dobry pracuje samodzielnie, odpowiedzialnie i bezpiecznie, a swoje zadania wykonuje starannie oraz zgodnie z ustalonym planem.</w:t>
      </w:r>
    </w:p>
    <w:p>
      <w:r>
        <w:rPr>
          <w:b/>
          <w:sz w:val="23"/>
        </w:rPr>
        <w:t>OCENA DOBRA – 70%–79%</w:t>
      </w:r>
    </w:p>
    <w:p>
      <w:pPr>
        <w:pStyle w:val="ListBullet"/>
      </w:pPr>
      <w:r>
        <w:t>czynnie uczestniczy w lekcji,</w:t>
      </w:r>
    </w:p>
    <w:p>
      <w:pPr>
        <w:pStyle w:val="ListBullet"/>
      </w:pPr>
      <w:r>
        <w:t>wykonuje zadania powierzone przez nauczyciela,</w:t>
      </w:r>
    </w:p>
    <w:p>
      <w:pPr>
        <w:pStyle w:val="ListBullet"/>
      </w:pPr>
      <w:r>
        <w:t>zazwyczaj pracuje samodzielnie,</w:t>
      </w:r>
    </w:p>
    <w:p>
      <w:pPr>
        <w:pStyle w:val="ListBullet"/>
      </w:pPr>
      <w:r>
        <w:t>rozumie znaczenie planowania pracy,</w:t>
      </w:r>
    </w:p>
    <w:p>
      <w:pPr>
        <w:pStyle w:val="ListBullet"/>
      </w:pPr>
      <w:r>
        <w:t>potrafi zaplanować kolejne etapy wykonywanego zadania,</w:t>
      </w:r>
    </w:p>
    <w:p>
      <w:pPr>
        <w:pStyle w:val="ListBullet"/>
      </w:pPr>
      <w:r>
        <w:t>organizuje swoje stanowisko pracy,</w:t>
      </w:r>
    </w:p>
    <w:p>
      <w:pPr>
        <w:pStyle w:val="ListBullet"/>
      </w:pPr>
      <w:r>
        <w:t>nie zawsze utrzymuje idealny porządek podczas pracy,</w:t>
      </w:r>
    </w:p>
    <w:p>
      <w:pPr>
        <w:pStyle w:val="ListBullet"/>
      </w:pPr>
      <w:r>
        <w:t>bezpiecznie posługuje się podstawowymi narzędziami i urządzeniami,</w:t>
      </w:r>
    </w:p>
    <w:p>
      <w:pPr>
        <w:pStyle w:val="ListBullet"/>
      </w:pPr>
      <w:r>
        <w:t>w przypadku trudności podejmuje próbę dalszej pracy i prosi o pomoc,</w:t>
      </w:r>
    </w:p>
    <w:p>
      <w:pPr>
        <w:pStyle w:val="ListBullet"/>
      </w:pPr>
      <w:r>
        <w:t>potrafi współpracować z innymi,</w:t>
      </w:r>
    </w:p>
    <w:p>
      <w:pPr>
        <w:pStyle w:val="ListBullet"/>
      </w:pPr>
      <w:r>
        <w:t>sporadycznie zdarza mu się być nieprzygotowanym do zajęć.</w:t>
      </w:r>
    </w:p>
    <w:p>
      <w:r>
        <w:rPr>
          <w:i/>
        </w:rPr>
        <w:t>Uczeń dobrze radzi sobie z zadaniami technicznymi i wykonuje je poprawnie, choć czasami potrzebuje wskazówek lub wsparcia.</w:t>
      </w:r>
    </w:p>
    <w:p>
      <w:r>
        <w:rPr>
          <w:b/>
          <w:sz w:val="23"/>
        </w:rPr>
        <w:t>OCENA DOSTATECZNA – 50%–69%</w:t>
      </w:r>
    </w:p>
    <w:p>
      <w:pPr>
        <w:pStyle w:val="ListBullet"/>
      </w:pPr>
      <w:r>
        <w:t>wykonuje polecenia nauczyciela,</w:t>
      </w:r>
    </w:p>
    <w:p>
      <w:pPr>
        <w:pStyle w:val="ListBullet"/>
      </w:pPr>
      <w:r>
        <w:t>podejmuje proste zadania techniczne,</w:t>
      </w:r>
    </w:p>
    <w:p>
      <w:pPr>
        <w:pStyle w:val="ListBullet"/>
      </w:pPr>
      <w:r>
        <w:t>potrafi wskazać, na czym polega planowanie pracy, ale nie zawsze wykorzystuje tę umiejętność w praktyce,</w:t>
      </w:r>
    </w:p>
    <w:p>
      <w:pPr>
        <w:pStyle w:val="ListBullet"/>
      </w:pPr>
      <w:r>
        <w:t>przy wykonywaniu trudniejszych zadań potrzebuje pomocy,</w:t>
      </w:r>
    </w:p>
    <w:p>
      <w:pPr>
        <w:pStyle w:val="ListBullet"/>
      </w:pPr>
      <w:r>
        <w:t>napotykając trudności, może szybko się zniechęcać i potrzebować dodatkowej motywacji,</w:t>
      </w:r>
    </w:p>
    <w:p>
      <w:pPr>
        <w:pStyle w:val="ListBullet"/>
      </w:pPr>
      <w:r>
        <w:t>nie zawsze właściwie organizuje swoje stanowisko pracy,</w:t>
      </w:r>
    </w:p>
    <w:p>
      <w:pPr>
        <w:pStyle w:val="ListBullet"/>
      </w:pPr>
      <w:r>
        <w:t>powinien zwracać większą uwagę na porządek,</w:t>
      </w:r>
    </w:p>
    <w:p>
      <w:pPr>
        <w:pStyle w:val="ListBullet"/>
      </w:pPr>
      <w:r>
        <w:t>nie zawsze prawidłowo korzysta z narzędzi i wymaga przypominania zasad ich używania,</w:t>
      </w:r>
    </w:p>
    <w:p>
      <w:pPr>
        <w:pStyle w:val="ListBullet"/>
      </w:pPr>
      <w:r>
        <w:t>sporadycznie bywa nieprzygotowany do zajęć.</w:t>
      </w:r>
    </w:p>
    <w:p>
      <w:r>
        <w:rPr>
          <w:i/>
        </w:rPr>
        <w:t>Uczeń wykonuje podstawowe zadania, jednak często potrzebuje wskazówek, pomocy lub dodatkowej motywacji ze strony nauczyciela.</w:t>
      </w:r>
    </w:p>
    <w:p>
      <w:r>
        <w:rPr>
          <w:b/>
          <w:sz w:val="23"/>
        </w:rPr>
        <w:t>OCENA DOPUSZCZAJĄCA – 35%–49%</w:t>
      </w:r>
    </w:p>
    <w:p>
      <w:pPr>
        <w:pStyle w:val="ListBullet"/>
      </w:pPr>
      <w:r>
        <w:t>wykonuje proste czynności przede wszystkim na polecenie nauczyciela,</w:t>
      </w:r>
    </w:p>
    <w:p>
      <w:pPr>
        <w:pStyle w:val="ListBullet"/>
      </w:pPr>
      <w:r>
        <w:t>ma trudności z samodzielnym rozpoczęciem i zaplanowaniem pracy,</w:t>
      </w:r>
    </w:p>
    <w:p>
      <w:pPr>
        <w:pStyle w:val="ListBullet"/>
      </w:pPr>
      <w:r>
        <w:t>często potrzebuje pomocy podczas wykonywania zadania,</w:t>
      </w:r>
    </w:p>
    <w:p>
      <w:pPr>
        <w:pStyle w:val="ListBullet"/>
      </w:pPr>
      <w:r>
        <w:t>nie zawsze jest przygotowany do zajęć,</w:t>
      </w:r>
    </w:p>
    <w:p>
      <w:pPr>
        <w:pStyle w:val="ListBullet"/>
      </w:pPr>
      <w:r>
        <w:t>wymaga przypominania zasad organizacji pracy,</w:t>
      </w:r>
    </w:p>
    <w:p>
      <w:pPr>
        <w:pStyle w:val="ListBullet"/>
      </w:pPr>
      <w:r>
        <w:t>powinien rozwijać umiejętność samodzielnego działania,</w:t>
      </w:r>
    </w:p>
    <w:p>
      <w:pPr>
        <w:pStyle w:val="ListBullet"/>
      </w:pPr>
      <w:r>
        <w:t>potrzebuje wsparcia w zakresie bezpiecznego i właściwego korzystania z narzędzi,</w:t>
      </w:r>
    </w:p>
    <w:p>
      <w:pPr>
        <w:pStyle w:val="ListBullet"/>
      </w:pPr>
      <w:r>
        <w:t>powinien bardziej angażować się w wykonywanie powierzonych zadań.</w:t>
      </w:r>
    </w:p>
    <w:p>
      <w:r>
        <w:rPr>
          <w:i/>
        </w:rPr>
        <w:t>Uczeń spełnia podstawowe wymagania, ale potrzebuje systematycznego wsparcia nauczyciela oraz większego zaangażowania w naukę i pracę praktyczną.</w:t>
      </w:r>
    </w:p>
    <w:p>
      <w:r>
        <w:rPr>
          <w:b/>
          <w:sz w:val="23"/>
        </w:rPr>
        <w:t>OCENA NIEDOSTATECZNA – poniżej 35%</w:t>
      </w:r>
    </w:p>
    <w:p>
      <w:pPr>
        <w:pStyle w:val="ListBullet"/>
      </w:pPr>
      <w:r>
        <w:t>nie opanował podstawowych umiejętności wymaganych na lekcjach techniki,</w:t>
      </w:r>
    </w:p>
    <w:p>
      <w:pPr>
        <w:pStyle w:val="ListBullet"/>
      </w:pPr>
      <w:r>
        <w:t>mimo pomocy nie podejmuje działań prowadzących do wykonania zadania,</w:t>
      </w:r>
    </w:p>
    <w:p>
      <w:pPr>
        <w:pStyle w:val="ListBullet"/>
      </w:pPr>
      <w:r>
        <w:t>nie potrafi wykonać podstawowych poleceń,</w:t>
      </w:r>
    </w:p>
    <w:p>
      <w:pPr>
        <w:pStyle w:val="ListBullet"/>
      </w:pPr>
      <w:r>
        <w:t>nie angażuje się w pracę,</w:t>
      </w:r>
    </w:p>
    <w:p>
      <w:pPr>
        <w:pStyle w:val="ListBullet"/>
      </w:pPr>
      <w:r>
        <w:t>często nie jest przygotowany do zajęć,</w:t>
      </w:r>
    </w:p>
    <w:p>
      <w:pPr>
        <w:pStyle w:val="ListBullet"/>
      </w:pPr>
      <w:r>
        <w:t>nie podejmuje prób poprawy swoich umiejętności,</w:t>
      </w:r>
    </w:p>
    <w:p>
      <w:pPr>
        <w:pStyle w:val="ListBullet"/>
      </w:pPr>
      <w:r>
        <w:t>nie przestrzega podstawowych zasad organizacji pracy i wymaga stałego wsparcia.</w:t>
      </w:r>
    </w:p>
    <w:p>
      <w:r>
        <w:rPr>
          <w:i/>
        </w:rPr>
        <w:t>Ocena niedostateczna oznacza, że uczeń nie osiągnął podstawowych wymagań koniecznych do dalszego rozwijania umiejętności technicznych.</w:t>
      </w:r>
    </w:p>
    <w:p>
      <w:r>
        <w:rPr>
          <w:b/>
          <w:sz w:val="26"/>
        </w:rPr>
        <w:t>4. OCENA INDYWIDUALNEJ PRACY UCZNIA</w:t>
      </w:r>
    </w:p>
    <w:p>
      <w:r>
        <w:t>Podczas oceniania pracy praktycznej brane są pod uwagę przede wszystkim:</w:t>
      </w:r>
    </w:p>
    <w:p>
      <w:pPr>
        <w:pStyle w:val="ListBullet"/>
      </w:pPr>
      <w:r>
        <w:t>zgodność pracy z tematem lub projektem,</w:t>
      </w:r>
    </w:p>
    <w:p>
      <w:pPr>
        <w:pStyle w:val="ListBullet"/>
      </w:pPr>
      <w:r>
        <w:t>planowanie kolejnych etapów pracy,</w:t>
      </w:r>
    </w:p>
    <w:p>
      <w:pPr>
        <w:pStyle w:val="ListBullet"/>
      </w:pPr>
      <w:r>
        <w:t>samodzielność,</w:t>
      </w:r>
    </w:p>
    <w:p>
      <w:pPr>
        <w:pStyle w:val="ListBullet"/>
      </w:pPr>
      <w:r>
        <w:t>właściwy dobór materiałów i narzędzi,</w:t>
      </w:r>
    </w:p>
    <w:p>
      <w:pPr>
        <w:pStyle w:val="ListBullet"/>
      </w:pPr>
      <w:r>
        <w:t>organizacja i ergonomia stanowiska pracy,</w:t>
      </w:r>
    </w:p>
    <w:p>
      <w:pPr>
        <w:pStyle w:val="ListBullet"/>
      </w:pPr>
      <w:r>
        <w:t>przestrzeganie zasad bezpieczeństwa,</w:t>
      </w:r>
    </w:p>
    <w:p>
      <w:pPr>
        <w:pStyle w:val="ListBullet"/>
      </w:pPr>
      <w:r>
        <w:t>poprawność techniczna wykonania,</w:t>
      </w:r>
    </w:p>
    <w:p>
      <w:pPr>
        <w:pStyle w:val="ListBullet"/>
      </w:pPr>
      <w:r>
        <w:t>estetyka i staranność,</w:t>
      </w:r>
    </w:p>
    <w:p>
      <w:pPr>
        <w:pStyle w:val="ListBullet"/>
      </w:pPr>
      <w:r>
        <w:t>funkcjonalność wykonanego projektu,</w:t>
      </w:r>
    </w:p>
    <w:p>
      <w:pPr>
        <w:pStyle w:val="ListBullet"/>
      </w:pPr>
      <w:r>
        <w:t>kreatywność i własne pomysły,</w:t>
      </w:r>
    </w:p>
    <w:p>
      <w:pPr>
        <w:pStyle w:val="ListBullet"/>
      </w:pPr>
      <w:r>
        <w:t>umiejętność rozwiązywania problemów.</w:t>
      </w:r>
    </w:p>
    <w:p>
      <w:r>
        <w:rPr>
          <w:b/>
          <w:sz w:val="23"/>
        </w:rPr>
        <w:t>OCENA CELUJĄCA – 91%–100%</w:t>
      </w:r>
    </w:p>
    <w:p>
      <w:pPr>
        <w:pStyle w:val="ListBullet"/>
      </w:pPr>
      <w:r>
        <w:t>samodzielnie inicjuje działania,</w:t>
      </w:r>
    </w:p>
    <w:p>
      <w:pPr>
        <w:pStyle w:val="ListBullet"/>
      </w:pPr>
      <w:r>
        <w:t>proponuje własne, twórcze rozwiązania,</w:t>
      </w:r>
    </w:p>
    <w:p>
      <w:pPr>
        <w:pStyle w:val="ListBullet"/>
      </w:pPr>
      <w:r>
        <w:t>wzbogaca pracę o dodatkowe pomysły i innowacyjne elementy,</w:t>
      </w:r>
    </w:p>
    <w:p>
      <w:pPr>
        <w:pStyle w:val="ListBullet"/>
      </w:pPr>
      <w:r>
        <w:t>samodzielnie planuje wszystkie etapy pracy,</w:t>
      </w:r>
    </w:p>
    <w:p>
      <w:pPr>
        <w:pStyle w:val="ListBullet"/>
      </w:pPr>
      <w:r>
        <w:t>bardzo dobrze organizuje swoje stanowisko,</w:t>
      </w:r>
    </w:p>
    <w:p>
      <w:pPr>
        <w:pStyle w:val="ListBullet"/>
      </w:pPr>
      <w:r>
        <w:t>właściwie dobiera materiały i narzędzia,</w:t>
      </w:r>
    </w:p>
    <w:p>
      <w:pPr>
        <w:pStyle w:val="ListBullet"/>
      </w:pPr>
      <w:r>
        <w:t>wykonuje pracę wzorowo, starannie i estetycznie,</w:t>
      </w:r>
    </w:p>
    <w:p>
      <w:pPr>
        <w:pStyle w:val="ListBullet"/>
      </w:pPr>
      <w:r>
        <w:t>zwraca szczególną uwagę na bezpieczeństwo i ergonomię pracy,</w:t>
      </w:r>
    </w:p>
    <w:p>
      <w:pPr>
        <w:pStyle w:val="ListBullet"/>
      </w:pPr>
      <w:r>
        <w:t>potrafi samodzielnie rozwiązywać problemy,</w:t>
      </w:r>
    </w:p>
    <w:p>
      <w:pPr>
        <w:pStyle w:val="ListBullet"/>
      </w:pPr>
      <w:r>
        <w:t>wspiera innych uczniów podczas pracy.</w:t>
      </w:r>
    </w:p>
    <w:p>
      <w:r>
        <w:rPr>
          <w:i/>
        </w:rPr>
        <w:t>Praca ucznia jest wykonana na bardzo wysokim poziomie i może zawierać rozwiązania wykraczające poza podstawowe wymagania.</w:t>
      </w:r>
    </w:p>
    <w:p>
      <w:r>
        <w:rPr>
          <w:b/>
          <w:sz w:val="23"/>
        </w:rPr>
        <w:t>OCENA BARDZO DOBRA – 80%–90%</w:t>
      </w:r>
    </w:p>
    <w:p>
      <w:pPr>
        <w:pStyle w:val="ListBullet"/>
      </w:pPr>
      <w:r>
        <w:t>samodzielnie planuje wykonanie zadania,</w:t>
      </w:r>
    </w:p>
    <w:p>
      <w:pPr>
        <w:pStyle w:val="ListBullet"/>
      </w:pPr>
      <w:r>
        <w:t>prawidłowo organizuje stanowisko pracy,</w:t>
      </w:r>
    </w:p>
    <w:p>
      <w:pPr>
        <w:pStyle w:val="ListBullet"/>
      </w:pPr>
      <w:r>
        <w:t>właściwie dobiera materiały i narzędzia,</w:t>
      </w:r>
    </w:p>
    <w:p>
      <w:pPr>
        <w:pStyle w:val="ListBullet"/>
      </w:pPr>
      <w:r>
        <w:t>pracuje bezpiecznie,</w:t>
      </w:r>
    </w:p>
    <w:p>
      <w:pPr>
        <w:pStyle w:val="ListBullet"/>
      </w:pPr>
      <w:r>
        <w:t>wykonuje pracę bardzo dobrze i estetycznie,</w:t>
      </w:r>
    </w:p>
    <w:p>
      <w:pPr>
        <w:pStyle w:val="ListBullet"/>
      </w:pPr>
      <w:r>
        <w:t>potrafi wprowadzić własne rozwiązania,</w:t>
      </w:r>
    </w:p>
    <w:p>
      <w:pPr>
        <w:pStyle w:val="ListBullet"/>
      </w:pPr>
      <w:r>
        <w:t>rozwiązuje większość problemów samodzielnie,</w:t>
      </w:r>
    </w:p>
    <w:p>
      <w:pPr>
        <w:pStyle w:val="ListBullet"/>
      </w:pPr>
      <w:r>
        <w:t>dba o poprawność techniczną i funkcjonalność swojej pracy.</w:t>
      </w:r>
    </w:p>
    <w:p>
      <w:r>
        <w:rPr>
          <w:i/>
        </w:rPr>
        <w:t>Praca jest staranna, poprawna technicznie, estetyczna i wykonana z dużą samodzielnością.</w:t>
      </w:r>
    </w:p>
    <w:p>
      <w:r>
        <w:rPr>
          <w:b/>
          <w:sz w:val="23"/>
        </w:rPr>
        <w:t>OCENA DOBRA – 70%–79%</w:t>
      </w:r>
    </w:p>
    <w:p>
      <w:pPr>
        <w:pStyle w:val="ListBullet"/>
      </w:pPr>
      <w:r>
        <w:t>podejmuje powierzone zadania,</w:t>
      </w:r>
    </w:p>
    <w:p>
      <w:pPr>
        <w:pStyle w:val="ListBullet"/>
      </w:pPr>
      <w:r>
        <w:t>samodzielnie planuje podstawowe etapy pracy,</w:t>
      </w:r>
    </w:p>
    <w:p>
      <w:pPr>
        <w:pStyle w:val="ListBullet"/>
      </w:pPr>
      <w:r>
        <w:t>organizuje swoje stanowisko pracy,</w:t>
      </w:r>
    </w:p>
    <w:p>
      <w:pPr>
        <w:pStyle w:val="ListBullet"/>
      </w:pPr>
      <w:r>
        <w:t>właściwie korzysta z materiałów i narzędzi,</w:t>
      </w:r>
    </w:p>
    <w:p>
      <w:pPr>
        <w:pStyle w:val="ListBullet"/>
      </w:pPr>
      <w:r>
        <w:t>pracuje zgodnie z projektem lub instrukcją,</w:t>
      </w:r>
    </w:p>
    <w:p>
      <w:pPr>
        <w:pStyle w:val="ListBullet"/>
      </w:pPr>
      <w:r>
        <w:t>przestrzega podstawowych zasad bezpieczeństwa,</w:t>
      </w:r>
    </w:p>
    <w:p>
      <w:pPr>
        <w:pStyle w:val="ListBullet"/>
      </w:pPr>
      <w:r>
        <w:t>wykonuje pracę poprawnie i w miarę estetycznie.</w:t>
      </w:r>
    </w:p>
    <w:p>
      <w:r>
        <w:rPr>
          <w:i/>
        </w:rPr>
        <w:t>Praca jest zgodna z tematem i wykonana poprawnie, choć może zawierać niewielkie błędy lub wymagać drobnych wskazówek.</w:t>
      </w:r>
    </w:p>
    <w:p>
      <w:r>
        <w:rPr>
          <w:b/>
          <w:sz w:val="23"/>
        </w:rPr>
        <w:t>OCENA DOSTATECZNA – 50%–69%</w:t>
      </w:r>
    </w:p>
    <w:p>
      <w:pPr>
        <w:pStyle w:val="ListBullet"/>
      </w:pPr>
      <w:r>
        <w:t>wykonuje przede wszystkim nieskomplikowane zadania,</w:t>
      </w:r>
    </w:p>
    <w:p>
      <w:pPr>
        <w:pStyle w:val="ListBullet"/>
      </w:pPr>
      <w:r>
        <w:t>potrzebuje wsparcia nauczyciela,</w:t>
      </w:r>
    </w:p>
    <w:p>
      <w:pPr>
        <w:pStyle w:val="ListBullet"/>
      </w:pPr>
      <w:r>
        <w:t>planuje pracę przy pomocy nauczyciela,</w:t>
      </w:r>
    </w:p>
    <w:p>
      <w:pPr>
        <w:pStyle w:val="ListBullet"/>
      </w:pPr>
      <w:r>
        <w:t>konsultuje kolejne etapy wykonywania zadania,</w:t>
      </w:r>
    </w:p>
    <w:p>
      <w:pPr>
        <w:pStyle w:val="ListBullet"/>
      </w:pPr>
      <w:r>
        <w:t>zazwyczaj poprawnie dobiera podstawowe materiały,</w:t>
      </w:r>
    </w:p>
    <w:p>
      <w:pPr>
        <w:pStyle w:val="ListBullet"/>
      </w:pPr>
      <w:r>
        <w:t>stara się przestrzegać zasad bezpieczeństwa,</w:t>
      </w:r>
    </w:p>
    <w:p>
      <w:pPr>
        <w:pStyle w:val="ListBullet"/>
      </w:pPr>
      <w:r>
        <w:t>wykonuje pracę poprawnie, ale może ona wymagać poprawy pod względem dokładności lub estetyki.</w:t>
      </w:r>
    </w:p>
    <w:p>
      <w:r>
        <w:rPr>
          <w:i/>
        </w:rPr>
        <w:t>Uczeń osiąga podstawowe wymagania, jednak podczas pracy potrzebuje wskazówek i pomocy.</w:t>
      </w:r>
    </w:p>
    <w:p>
      <w:r>
        <w:rPr>
          <w:b/>
          <w:sz w:val="23"/>
        </w:rPr>
        <w:t>OCENA DOPUSZCZAJĄCA – 35%–49%</w:t>
      </w:r>
    </w:p>
    <w:p>
      <w:pPr>
        <w:pStyle w:val="ListBullet"/>
      </w:pPr>
      <w:r>
        <w:t>pracuje głównie na polecenie nauczyciela,</w:t>
      </w:r>
    </w:p>
    <w:p>
      <w:pPr>
        <w:pStyle w:val="ListBullet"/>
      </w:pPr>
      <w:r>
        <w:t>ma trudności z samodzielnym rozpoczęciem zadania,</w:t>
      </w:r>
    </w:p>
    <w:p>
      <w:pPr>
        <w:pStyle w:val="ListBullet"/>
      </w:pPr>
      <w:r>
        <w:t>wykonuje pracę według narzuconego planu,</w:t>
      </w:r>
    </w:p>
    <w:p>
      <w:pPr>
        <w:pStyle w:val="ListBullet"/>
      </w:pPr>
      <w:r>
        <w:t>potrzebuje pomocy przy doborze materiałów i narzędzi,</w:t>
      </w:r>
    </w:p>
    <w:p>
      <w:pPr>
        <w:pStyle w:val="ListBullet"/>
      </w:pPr>
      <w:r>
        <w:t>wymaga wsparcia podczas organizacji stanowiska pracy,</w:t>
      </w:r>
    </w:p>
    <w:p>
      <w:pPr>
        <w:pStyle w:val="ListBullet"/>
      </w:pPr>
      <w:r>
        <w:t>ma trudności z zachowaniem estetyki i dokładności,</w:t>
      </w:r>
    </w:p>
    <w:p>
      <w:pPr>
        <w:pStyle w:val="ListBullet"/>
      </w:pPr>
      <w:r>
        <w:t>praca może być częściowo niezgodna z tematem,</w:t>
      </w:r>
    </w:p>
    <w:p>
      <w:pPr>
        <w:pStyle w:val="ListBullet"/>
      </w:pPr>
      <w:r>
        <w:t>wymaga przypominania zasad bezpiecznej pracy.</w:t>
      </w:r>
    </w:p>
    <w:p>
      <w:r>
        <w:rPr>
          <w:i/>
        </w:rPr>
        <w:t>Uczeń wykonuje jedynie podstawowe elementy zadania i potrzebuje systematycznej pomocy nauczyciela.</w:t>
      </w:r>
    </w:p>
    <w:p>
      <w:r>
        <w:rPr>
          <w:b/>
          <w:sz w:val="23"/>
        </w:rPr>
        <w:t>OCENA NIEDOSTATECZNA – poniżej 35%</w:t>
      </w:r>
    </w:p>
    <w:p>
      <w:pPr>
        <w:pStyle w:val="ListBullet"/>
      </w:pPr>
      <w:r>
        <w:t>nie wykonuje podstawowych elementów zadania,</w:t>
      </w:r>
    </w:p>
    <w:p>
      <w:pPr>
        <w:pStyle w:val="ListBullet"/>
      </w:pPr>
      <w:r>
        <w:t>mimo pomocy nie podejmuje pracy lub jej nie kończy,</w:t>
      </w:r>
    </w:p>
    <w:p>
      <w:pPr>
        <w:pStyle w:val="ListBullet"/>
      </w:pPr>
      <w:r>
        <w:t>nie potrafi dobrać podstawowych materiałów i narzędzi nawet przy wsparciu,</w:t>
      </w:r>
    </w:p>
    <w:p>
      <w:pPr>
        <w:pStyle w:val="ListBullet"/>
      </w:pPr>
      <w:r>
        <w:t>nie stosuje się do instrukcji,</w:t>
      </w:r>
    </w:p>
    <w:p>
      <w:pPr>
        <w:pStyle w:val="ListBullet"/>
      </w:pPr>
      <w:r>
        <w:t>nie wykazuje zaangażowania w wykonanie pracy,</w:t>
      </w:r>
    </w:p>
    <w:p>
      <w:pPr>
        <w:pStyle w:val="ListBullet"/>
      </w:pPr>
      <w:r>
        <w:t>nie osiąga minimalnych wymagań dotyczących realizowanego zadania.</w:t>
      </w:r>
    </w:p>
    <w:p>
      <w:r>
        <w:rPr>
          <w:i/>
        </w:rPr>
        <w:t>Ocena niedostateczna oznacza, że uczeń nie opanował podstawowych umiejętności potrzebnych do wykonania zadania praktycznego.</w:t>
      </w:r>
    </w:p>
    <w:p>
      <w:r>
        <w:rPr>
          <w:b/>
          <w:sz w:val="26"/>
        </w:rPr>
        <w:t>5. ZASADY BEZPIECZEŃSTWA</w:t>
      </w:r>
    </w:p>
    <w:p>
      <w:r>
        <w:t>Bezpieczeństwo podczas zajęć techniki jest bardzo ważne. Każdy uczeń powinien:</w:t>
      </w:r>
    </w:p>
    <w:p>
      <w:pPr>
        <w:pStyle w:val="ListBullet"/>
      </w:pPr>
      <w:r>
        <w:t>stosować się do poleceń nauczyciela,</w:t>
      </w:r>
    </w:p>
    <w:p>
      <w:pPr>
        <w:pStyle w:val="ListBullet"/>
      </w:pPr>
      <w:r>
        <w:t>korzystać z narzędzi i urządzeń zgodnie z ich przeznaczeniem,</w:t>
      </w:r>
    </w:p>
    <w:p>
      <w:pPr>
        <w:pStyle w:val="ListBullet"/>
      </w:pPr>
      <w:r>
        <w:t>utrzymywać porządek na stanowisku pracy,</w:t>
      </w:r>
    </w:p>
    <w:p>
      <w:pPr>
        <w:pStyle w:val="ListBullet"/>
      </w:pPr>
      <w:r>
        <w:t>używać materiałów w sposób bezpieczny,</w:t>
      </w:r>
    </w:p>
    <w:p>
      <w:pPr>
        <w:pStyle w:val="ListBullet"/>
      </w:pPr>
      <w:r>
        <w:t>informować nauczyciela o zauważonych zagrożeniach lub uszkodzeniach sprzętu,</w:t>
      </w:r>
    </w:p>
    <w:p>
      <w:pPr>
        <w:pStyle w:val="ListBullet"/>
      </w:pPr>
      <w:r>
        <w:t>nie wykonywać czynności niebezpiecznych bez zgody i nadzoru nauczyciela,</w:t>
      </w:r>
    </w:p>
    <w:p>
      <w:pPr>
        <w:pStyle w:val="ListBullet"/>
      </w:pPr>
      <w:r>
        <w:t>dbać o bezpieczeństwo swoje i innych osób.</w:t>
      </w:r>
    </w:p>
    <w:p>
      <w:r>
        <w:t>Nieprzestrzeganie zasad bezpieczeństwa może uniemożliwić samodzielne wykonywanie określonych czynności praktycznych.</w:t>
      </w:r>
    </w:p>
    <w:p>
      <w:r>
        <w:rPr>
          <w:b/>
          <w:sz w:val="26"/>
        </w:rPr>
        <w:t>6. NAJWAŻNIEJSZA ZASADA</w:t>
      </w:r>
    </w:p>
    <w:p>
      <w:r>
        <w:t>Na lekcjach techniki liczy się nie tylko to, czy gotowa praca wygląda dobrze.</w:t>
      </w:r>
    </w:p>
    <w:p>
      <w:pPr>
        <w:jc w:val="center"/>
      </w:pPr>
      <w:r>
        <w:rPr>
          <w:b/>
        </w:rPr>
        <w:t>POMYSŁ → PLANOWANIE → ORGANIZACJA PRACY → BEZPIECZEŃSTWO → WYKONANIE → SAMODZIELNOŚĆ → EFEKT KOŃCOWY</w:t>
      </w:r>
    </w:p>
    <w:p>
      <w:r>
        <w:t>Każdy uczeń może rozwijać swoje umiejętności we własnym tempie. Najważniejsze są zaangażowanie, systematyczna praca, odpowiedzialność oraz gotowość do uczenia się i poprawiania swoich umiejętności.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